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75D"/>
          <w:sz w:val="44"/>
        </w:rPr>
        <w:t>Ieducativa Intercátedra</w:t>
      </w:r>
    </w:p>
    <w:p>
      <w:pPr>
        <w:spacing w:after="280"/>
        <w:jc w:val="center"/>
      </w:pPr>
      <w:r>
        <w:rPr>
          <w:rFonts w:ascii="Arial" w:hAnsi="Arial"/>
          <w:b/>
          <w:color w:val="334155"/>
          <w:sz w:val="26"/>
        </w:rPr>
        <w:t>Plantilla para presentación de manuscritos</w:t>
      </w:r>
    </w:p>
    <w:p>
      <w:pPr>
        <w:spacing w:after="320"/>
        <w:jc w:val="center"/>
      </w:pPr>
      <w:r>
        <w:rPr>
          <w:rFonts w:ascii="Arial" w:hAnsi="Arial"/>
          <w:color w:val="5D6978"/>
          <w:sz w:val="21"/>
        </w:rPr>
        <w:t>Revista Académica de Innovación Educativa y Prácticas Profesionales</w:t>
      </w:r>
    </w:p>
    <w:p>
      <w:pPr>
        <w:pStyle w:val="Heading1"/>
      </w:pPr>
      <w:r>
        <w:t>Datos del manuscrito</w:t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Título del trabajo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[Escribir título completo]</w:t>
            </w:r>
          </w:p>
        </w:tc>
      </w:tr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Tipo de contribución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[Artículo / ensayo / experiencia educativa / reseña / material didáctico / libro o capítulo]</w:t>
            </w:r>
          </w:p>
        </w:tc>
      </w:tr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Idioma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[Español / portugués / inglés]</w:t>
            </w:r>
          </w:p>
        </w:tc>
      </w:tr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Área disciplinar / temática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[Indicar área]</w:t>
            </w:r>
          </w:p>
        </w:tc>
      </w:tr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Autor/a principal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[Nombre y apellido]</w:t>
            </w:r>
          </w:p>
        </w:tc>
      </w:tr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Correo electrónico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[correo@dominio]</w:t>
            </w:r>
          </w:p>
        </w:tc>
      </w:tr>
      <w:tr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fill="F3F6FB"/>
          </w:tcPr>
          <w:p>
            <w:r>
              <w:rPr>
                <w:b/>
                <w:color w:val="10275D"/>
              </w:rPr>
              <w:t>ORCID</w:t>
            </w:r>
          </w:p>
        </w:tc>
        <w:tc>
          <w:tcPr>
            <w:tcW w:type="dxa" w:w="4896"/>
            <w:vAlign w:val="center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</w:tcPr>
          <w:p>
            <w:r>
              <w:t>[https://orcid.org/0000-0000-0000-0000]</w:t>
            </w:r>
          </w:p>
        </w:tc>
      </w:tr>
    </w:tbl>
    <w:p>
      <w:pPr>
        <w:pStyle w:val="Heading1"/>
      </w:pPr>
      <w:r>
        <w:t>Autoría y filiación</w:t>
      </w:r>
    </w:p>
    <w:p>
      <w:r>
        <w:t>Autor/a 1: [Nombre y apellido]. Filiación institucional: [Institución]. País: [País]. ORCID: [enlace]. Correo: [correo].</w:t>
      </w:r>
    </w:p>
    <w:p>
      <w:r>
        <w:t>Breve biografía: [80 a 120 palabras con formación, actividad profesional/académica y líneas de trabajo].</w:t>
      </w:r>
    </w:p>
    <w:p>
      <w:r>
        <w:t>Agregar autorías adicionales con el mismo formato cuando corresponda.</w:t>
      </w:r>
    </w:p>
    <w:p>
      <w:pPr>
        <w:pStyle w:val="Heading1"/>
      </w:pPr>
      <w:r>
        <w:t>Resumen y palabras clave</w:t>
      </w:r>
    </w:p>
    <w:p>
      <w:r>
        <w:t>Resumen: [150 a 250 palabras. Indicar propósito, enfoque, principales aportes y conclusión general. Para reseñas y materiales didácticos puede adaptarse según corresponda].</w:t>
      </w:r>
    </w:p>
    <w:p>
      <w:r>
        <w:t>Palabras clave: [3 a 5 palabras o expresiones clave separadas por punto y coma].</w:t>
      </w:r>
    </w:p>
    <w:p>
      <w:pPr>
        <w:pStyle w:val="Heading1"/>
      </w:pPr>
      <w:r>
        <w:t>Texto del manuscrito</w:t>
      </w:r>
    </w:p>
    <w:p>
      <w:r>
        <w:t>Introducción</w:t>
      </w:r>
    </w:p>
    <w:p>
      <w:r>
        <w:t>[Presentar problema, tema, propósito, relevancia y organización del trabajo].</w:t>
      </w:r>
    </w:p>
    <w:p>
      <w:r>
        <w:t>Desarrollo</w:t>
      </w:r>
    </w:p>
    <w:p>
      <w:r>
        <w:t>[Organizar en apartados claros. En artículos científicos, incluir marco teórico, metodología, resultados y discusión cuando corresponda].</w:t>
      </w:r>
    </w:p>
    <w:p>
      <w:r>
        <w:t>Conclusiones</w:t>
      </w:r>
    </w:p>
    <w:p>
      <w:r>
        <w:t>[Sintetizar aportes, limitaciones y posibles líneas de continuidad].</w:t>
      </w:r>
    </w:p>
    <w:p>
      <w:pPr>
        <w:pStyle w:val="Heading1"/>
      </w:pPr>
      <w:r>
        <w:t>Tablas, figuras y materiales complementarios</w:t>
      </w:r>
    </w:p>
    <w:p>
      <w:r>
        <w:t>Insertar tablas y figuras numeradas, con título y fuente. Las imágenes deben contar con calidad suficiente para publicación. Los anexos o materiales complementarios deben estar claramente identificados.</w:t>
      </w:r>
    </w:p>
    <w:p>
      <w:pPr>
        <w:pStyle w:val="Heading1"/>
      </w:pPr>
      <w:r>
        <w:t>Referencias</w:t>
      </w:r>
    </w:p>
    <w:p>
      <w:r>
        <w:t>Usar normas APA 7 para citas y referencias cuando el tipo de contribución lo requiera. En narrativas, crónicas, reseñas o materiales didácticos, adecuar el aparato bibliográfico a la naturaleza del texto, manteniendo claridad y trazabilidad de fuentes.</w:t>
      </w:r>
    </w:p>
    <w:p>
      <w:r>
        <w:t>Ejemplo APA 7: Apellido, N. (Año). Título del libro. Editorial.</w:t>
      </w:r>
    </w:p>
    <w:p>
      <w:pPr>
        <w:pStyle w:val="Heading1"/>
      </w:pPr>
      <w:r>
        <w:t>Declaraciones obligatorias</w:t>
      </w:r>
    </w:p>
    <w:p>
      <w:pPr>
        <w:ind w:left="360" w:hanging="216"/>
      </w:pPr>
      <w:r>
        <w:rPr>
          <w:b/>
        </w:rPr>
        <w:t xml:space="preserve">- </w:t>
      </w:r>
      <w:r>
        <w:t>Originalidad: el manuscrito es inédito y no se encuentra en evaluación simultánea en otra publicación.</w:t>
      </w:r>
    </w:p>
    <w:p>
      <w:pPr>
        <w:ind w:left="360" w:hanging="216"/>
      </w:pPr>
      <w:r>
        <w:rPr>
          <w:b/>
        </w:rPr>
        <w:t xml:space="preserve">- </w:t>
      </w:r>
      <w:r>
        <w:t>Conflictos de interés: declarar si existen vínculos económicos, institucionales, personales o académicos que pudieran incidir en el trabajo. Si no existen, indicar: “Los/as autores/as declaran no tener conflictos de interés”.</w:t>
      </w:r>
    </w:p>
    <w:p>
      <w:pPr>
        <w:ind w:left="360" w:hanging="216"/>
      </w:pPr>
      <w:r>
        <w:rPr>
          <w:b/>
        </w:rPr>
        <w:t xml:space="preserve">- </w:t>
      </w:r>
      <w:r>
        <w:t>Uso de inteligencia artificial: declarar si se utilizaron herramientas de IA de manera sustantiva. Los/as autores/as conservan responsabilidad plena sobre el contenido, fuentes, datos y originalidad.</w:t>
      </w:r>
    </w:p>
    <w:p>
      <w:pPr>
        <w:ind w:left="360" w:hanging="216"/>
      </w:pPr>
      <w:r>
        <w:rPr>
          <w:b/>
        </w:rPr>
        <w:t xml:space="preserve">- </w:t>
      </w:r>
      <w:r>
        <w:t>Uso editorial de herramientas digitales e IA: acepto que la revista pueda utilizar herramientas digitales o de inteligencia artificial, bajo supervisión humana, para corrección formal, normalización, maquetación y producción editorial del manuscrito, preservando la confidencialidad y sin delegar decisiones editoriales en dichas herramientas.</w:t>
      </w:r>
    </w:p>
    <w:p>
      <w:pPr>
        <w:ind w:left="360" w:hanging="216"/>
      </w:pPr>
      <w:r>
        <w:rPr>
          <w:b/>
        </w:rPr>
        <w:t xml:space="preserve">- </w:t>
      </w:r>
      <w:r>
        <w:t>Investigaciones con personas: cuando corresponda, declarar consentimiento informado, resguardo de datos personales, autorización institucional o aval ético.</w:t>
      </w:r>
    </w:p>
    <w:p>
      <w:pPr>
        <w:pStyle w:val="Heading1"/>
      </w:pPr>
      <w:r>
        <w:t>Extensión orientativa</w:t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c>
          <w:tcPr>
            <w:tcW w:type="dxa" w:w="3264"/>
            <w:shd w:fill="10275D"/>
            <w:tcBorders>
              <w:top w:val="single" w:sz="6" w:space="0" w:color="10275D"/>
              <w:left w:val="single" w:sz="6" w:space="0" w:color="10275D"/>
              <w:bottom w:val="single" w:sz="6" w:space="0" w:color="10275D"/>
              <w:right w:val="single" w:sz="6" w:space="0" w:color="10275D"/>
            </w:tcBorders>
          </w:tcPr>
          <w:p>
            <w:r>
              <w:rPr>
                <w:b/>
                <w:color w:val="FFFFFF"/>
              </w:rPr>
              <w:t>Tipo de contribución</w:t>
            </w:r>
          </w:p>
        </w:tc>
        <w:tc>
          <w:tcPr>
            <w:tcW w:type="dxa" w:w="3264"/>
            <w:shd w:fill="10275D"/>
            <w:tcBorders>
              <w:top w:val="single" w:sz="6" w:space="0" w:color="10275D"/>
              <w:left w:val="single" w:sz="6" w:space="0" w:color="10275D"/>
              <w:bottom w:val="single" w:sz="6" w:space="0" w:color="10275D"/>
              <w:right w:val="single" w:sz="6" w:space="0" w:color="10275D"/>
            </w:tcBorders>
          </w:tcPr>
          <w:p>
            <w:r>
              <w:rPr>
                <w:b/>
                <w:color w:val="FFFFFF"/>
              </w:rPr>
              <w:t>Extensión sugerida</w:t>
            </w:r>
          </w:p>
        </w:tc>
        <w:tc>
          <w:tcPr>
            <w:tcW w:type="dxa" w:w="3264"/>
            <w:shd w:fill="10275D"/>
            <w:tcBorders>
              <w:top w:val="single" w:sz="6" w:space="0" w:color="10275D"/>
              <w:left w:val="single" w:sz="6" w:space="0" w:color="10275D"/>
              <w:bottom w:val="single" w:sz="6" w:space="0" w:color="10275D"/>
              <w:right w:val="single" w:sz="6" w:space="0" w:color="10275D"/>
            </w:tcBorders>
          </w:tcPr>
          <w:p>
            <w:r>
              <w:rPr>
                <w:b/>
                <w:color w:val="FFFFFF"/>
              </w:rPr>
              <w:t>Resumen / palabras clave</w:t>
            </w:r>
          </w:p>
        </w:tc>
      </w:tr>
      <w:tr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Artículo científico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4.000 a 8.000 palabras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Sí</w:t>
            </w:r>
          </w:p>
        </w:tc>
      </w:tr>
      <w:tr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Ensayo académico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2.500 a 6.000 palabras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Sí</w:t>
            </w:r>
          </w:p>
        </w:tc>
      </w:tr>
      <w:tr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Experiencia educativa / profesional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2.000 a 5.000 palabras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Sí, breve</w:t>
            </w:r>
          </w:p>
        </w:tc>
      </w:tr>
      <w:tr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Reseña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1.000 a 2.500 palabras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Opcional</w:t>
            </w:r>
          </w:p>
        </w:tc>
      </w:tr>
      <w:tr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Material didáctico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1.500 a 4.000 palabras + anexos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Descripción breve</w:t>
            </w:r>
          </w:p>
        </w:tc>
      </w:tr>
      <w:tr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Libro o capítulo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Según evaluación editorial</w:t>
            </w:r>
          </w:p>
        </w:tc>
        <w:tc>
          <w:tcPr>
            <w:tcW w:type="dxa" w:w="3264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vAlign w:val="center"/>
          </w:tcPr>
          <w:p>
            <w:r>
              <w:t>Sí</w:t>
            </w:r>
          </w:p>
        </w:tc>
      </w:tr>
    </w:tbl>
    <w:p/>
    <w:p>
      <w:pPr>
        <w:jc w:val="center"/>
      </w:pPr>
      <w:r>
        <w:rPr>
          <w:rFonts w:ascii="Arial" w:hAnsi="Arial"/>
          <w:color w:val="5D6978"/>
          <w:sz w:val="20"/>
        </w:rPr>
        <w:t>Consultas editoriales: revista.educa@ieducativa.edu.ar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12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027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0275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027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